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Lista de frequência</w:t>
      </w:r>
    </w:p>
    <w:p>
      <w:r>
        <w:rPr>
          <w:color w:val="6B7280"/>
          <w:sz w:val="18"/>
        </w:rPr>
        <w:t>Marque P para presente, F para falta e J para falta justificada. Escreva a data de cada aula no cabeçalho da coluna.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841"/>
        <w:gridCol w:w="3841"/>
        <w:gridCol w:w="3841"/>
        <w:gridCol w:w="3841"/>
      </w:tblGrid>
      <w:tr>
        <w:tc>
          <w:tcPr>
            <w:tcW w:type="dxa" w:w="3841"/>
          </w:tcPr>
          <w:p>
            <w:r>
              <w:rPr>
                <w:b/>
                <w:color w:val="6D28D9"/>
                <w:sz w:val="16"/>
              </w:rPr>
              <w:t>CURSO OU TURMA</w:t>
            </w:r>
          </w:p>
        </w:tc>
        <w:tc>
          <w:tcPr>
            <w:tcW w:type="dxa" w:w="3841"/>
          </w:tcPr>
          <w:p>
            <w:r>
              <w:rPr>
                <w:b/>
                <w:color w:val="6D28D9"/>
                <w:sz w:val="16"/>
              </w:rPr>
              <w:t>PERÍODO</w:t>
            </w:r>
          </w:p>
        </w:tc>
        <w:tc>
          <w:tcPr>
            <w:tcW w:type="dxa" w:w="3841"/>
          </w:tcPr>
          <w:p>
            <w:r>
              <w:rPr>
                <w:b/>
                <w:color w:val="6D28D9"/>
                <w:sz w:val="16"/>
              </w:rPr>
              <w:t>LOCAL</w:t>
            </w:r>
          </w:p>
        </w:tc>
        <w:tc>
          <w:tcPr>
            <w:tcW w:type="dxa" w:w="3841"/>
          </w:tcPr>
          <w:p>
            <w:r>
              <w:rPr>
                <w:b/>
                <w:color w:val="6D28D9"/>
                <w:sz w:val="16"/>
              </w:rPr>
              <w:t>RESPONSÁVEL</w:t>
            </w:r>
          </w:p>
        </w:tc>
      </w:tr>
      <w:tr>
        <w:tc>
          <w:tcPr>
            <w:tcW w:type="dxa" w:w="3841"/>
          </w:tcPr>
          <w:p>
            <w:r>
              <w:rPr>
                <w:color w:val="D1D5DB"/>
              </w:rPr>
              <w:t>______________________</w:t>
            </w:r>
          </w:p>
        </w:tc>
        <w:tc>
          <w:tcPr>
            <w:tcW w:type="dxa" w:w="3841"/>
          </w:tcPr>
          <w:p>
            <w:r>
              <w:rPr>
                <w:color w:val="D1D5DB"/>
              </w:rPr>
              <w:t>______________________</w:t>
            </w:r>
          </w:p>
        </w:tc>
        <w:tc>
          <w:tcPr>
            <w:tcW w:type="dxa" w:w="3841"/>
          </w:tcPr>
          <w:p>
            <w:r>
              <w:rPr>
                <w:color w:val="D1D5DB"/>
              </w:rPr>
              <w:t>______________________</w:t>
            </w:r>
          </w:p>
        </w:tc>
        <w:tc>
          <w:tcPr>
            <w:tcW w:type="dxa" w:w="3841"/>
          </w:tcPr>
          <w:p>
            <w:r>
              <w:rPr>
                <w:color w:val="D1D5DB"/>
              </w:rPr>
              <w:t>______________________</w:t>
            </w:r>
          </w:p>
        </w:tc>
      </w:tr>
    </w:tbl>
    <w:p/>
    <w:tbl>
      <w:tblPr>
        <w:tblStyle w:val="TableGrid"/>
        <w:tblLayout w:type="fixed"/>
        <w:tblLook w:firstColumn="1" w:firstRow="1" w:lastColumn="0" w:lastRow="0" w:noHBand="0" w:noVBand="1" w:val="04A0"/>
        <w:tblLayout w:type="fixed"/>
        <w:tblW w:w="14515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510"/>
        <w:gridCol w:w="374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992"/>
        <w:gridCol w:w="1048"/>
      </w:tblGrid>
      <w:tr>
        <w:tc>
          <w:tcPr>
            <w:tcW w:type="dxa" w:w="510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Nº</w:t>
            </w:r>
          </w:p>
        </w:tc>
        <w:tc>
          <w:tcPr>
            <w:tcW w:type="dxa" w:w="3742"/>
            <w:shd w:val="clear" w:color="auto" w:fill="F3F0FF"/>
          </w:tcPr>
          <w:p>
            <w:r>
              <w:rPr>
                <w:b/>
                <w:sz w:val="16"/>
              </w:rPr>
              <w:t>Nome do aluno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1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2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3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4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5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6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7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8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9</w:t>
            </w:r>
          </w:p>
        </w:tc>
        <w:tc>
          <w:tcPr>
            <w:tcW w:type="dxa" w:w="82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Aula 10</w:t>
            </w:r>
          </w:p>
        </w:tc>
        <w:tc>
          <w:tcPr>
            <w:tcW w:type="dxa" w:w="992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Presenças</w:t>
            </w:r>
          </w:p>
        </w:tc>
        <w:tc>
          <w:tcPr>
            <w:tcW w:type="dxa" w:w="1049"/>
            <w:shd w:val="clear" w:color="auto" w:fill="F3F0FF"/>
          </w:tcPr>
          <w:p>
            <w:pPr>
              <w:jc w:val="center"/>
            </w:pPr>
            <w:r>
              <w:rPr>
                <w:b/>
                <w:sz w:val="16"/>
              </w:rPr>
              <w:t>Frequência</w:t>
            </w:r>
          </w:p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2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3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4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5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6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7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8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9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10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11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12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13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14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15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  <w:tr>
        <w:trPr>
          <w:trHeight w:val="465"/>
        </w:trPr>
        <w:tc>
          <w:tcPr>
            <w:tcW w:type="dxa" w:w="510"/>
          </w:tcPr>
          <w:p>
            <w:pPr>
              <w:jc w:val="center"/>
            </w:pPr>
            <w:r>
              <w:rPr>
                <w:color w:val="6B7280"/>
                <w:sz w:val="16"/>
              </w:rPr>
              <w:t>16</w:t>
            </w:r>
          </w:p>
        </w:tc>
        <w:tc>
          <w:tcPr>
            <w:tcW w:type="dxa" w:w="374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822"/>
          </w:tcPr>
          <w:p/>
        </w:tc>
        <w:tc>
          <w:tcPr>
            <w:tcW w:type="dxa" w:w="992"/>
          </w:tcPr>
          <w:p/>
        </w:tc>
        <w:tc>
          <w:tcPr>
            <w:tcW w:type="dxa" w:w="1049"/>
          </w:tcPr>
          <w:p/>
        </w:tc>
      </w:tr>
    </w:tbl>
    <w:p>
      <w:r>
        <w:rPr>
          <w:color w:val="6B7280"/>
          <w:sz w:val="15"/>
        </w:rPr>
        <w:t>Frequência = presenças ÷ aulas realizadas.     Modelo gratuito da SuperTixs: supertixs.com/blog/lista-de-presenca-evento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frequência</dc:title>
  <dc:subject/>
  <dc:creator>SuperTixs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