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Lista de presença</w:t>
      </w:r>
    </w:p>
    <w:p>
      <w:r>
        <w:rPr>
          <w:color w:val="6B7280"/>
          <w:sz w:val="18"/>
        </w:rPr>
        <w:t>Os dados desta lista são usados apenas para registrar a presença e, quando houver, emitir o certificado.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</w:tcPr>
          <w:p>
            <w:r>
              <w:rPr>
                <w:b/>
                <w:color w:val="6D28D9"/>
                <w:sz w:val="16"/>
              </w:rPr>
              <w:t>EVENTO</w:t>
            </w:r>
          </w:p>
        </w:tc>
        <w:tc>
          <w:tcPr>
            <w:tcW w:type="dxa" w:w="2608"/>
          </w:tcPr>
          <w:p>
            <w:r>
              <w:rPr>
                <w:b/>
                <w:color w:val="6D28D9"/>
                <w:sz w:val="16"/>
              </w:rPr>
              <w:t>DATA</w:t>
            </w:r>
          </w:p>
        </w:tc>
        <w:tc>
          <w:tcPr>
            <w:tcW w:type="dxa" w:w="2608"/>
          </w:tcPr>
          <w:p>
            <w:r>
              <w:rPr>
                <w:b/>
                <w:color w:val="6D28D9"/>
                <w:sz w:val="16"/>
              </w:rPr>
              <w:t>LOCAL</w:t>
            </w:r>
          </w:p>
        </w:tc>
        <w:tc>
          <w:tcPr>
            <w:tcW w:type="dxa" w:w="2608"/>
          </w:tcPr>
          <w:p>
            <w:r>
              <w:rPr>
                <w:b/>
                <w:color w:val="6D28D9"/>
                <w:sz w:val="16"/>
              </w:rPr>
              <w:t>RESPONSÁVEL</w:t>
            </w:r>
          </w:p>
        </w:tc>
      </w:tr>
      <w:tr>
        <w:tc>
          <w:tcPr>
            <w:tcW w:type="dxa" w:w="2608"/>
          </w:tcPr>
          <w:p>
            <w:r>
              <w:rPr>
                <w:color w:val="D1D5DB"/>
              </w:rPr>
              <w:t>__________________</w:t>
            </w:r>
          </w:p>
        </w:tc>
        <w:tc>
          <w:tcPr>
            <w:tcW w:type="dxa" w:w="2608"/>
          </w:tcPr>
          <w:p>
            <w:r>
              <w:rPr>
                <w:color w:val="D1D5DB"/>
              </w:rPr>
              <w:t>__________________</w:t>
            </w:r>
          </w:p>
        </w:tc>
        <w:tc>
          <w:tcPr>
            <w:tcW w:type="dxa" w:w="2608"/>
          </w:tcPr>
          <w:p>
            <w:r>
              <w:rPr>
                <w:color w:val="D1D5DB"/>
              </w:rPr>
              <w:t>__________________</w:t>
            </w:r>
          </w:p>
        </w:tc>
        <w:tc>
          <w:tcPr>
            <w:tcW w:type="dxa" w:w="2608"/>
          </w:tcPr>
          <w:p>
            <w:r>
              <w:rPr>
                <w:color w:val="D1D5DB"/>
              </w:rPr>
              <w:t>__________________</w:t>
            </w:r>
          </w:p>
        </w:tc>
      </w:tr>
    </w:tbl>
    <w:p/>
    <w:tbl>
      <w:tblPr>
        <w:tblStyle w:val="TableGrid"/>
        <w:tblLayout w:type="fixed"/>
        <w:tblLook w:firstColumn="1" w:firstRow="1" w:lastColumn="0" w:lastRow="0" w:noHBand="0" w:noVBand="1" w:val="04A0"/>
        <w:tblLayout w:type="fixed"/>
        <w:tblW w:w="1043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567"/>
        <w:gridCol w:w="3855"/>
        <w:gridCol w:w="2381"/>
        <w:gridCol w:w="1020"/>
        <w:gridCol w:w="2608"/>
      </w:tblGrid>
      <w:tr>
        <w:tc>
          <w:tcPr>
            <w:tcW w:type="dxa" w:w="567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Nº</w:t>
            </w:r>
          </w:p>
        </w:tc>
        <w:tc>
          <w:tcPr>
            <w:tcW w:type="dxa" w:w="3855"/>
            <w:shd w:val="clear" w:color="auto" w:fill="F3F0FF"/>
          </w:tcPr>
          <w:p>
            <w:r>
              <w:rPr>
                <w:b/>
                <w:sz w:val="16"/>
              </w:rPr>
              <w:t>Nome completo</w:t>
            </w:r>
          </w:p>
        </w:tc>
        <w:tc>
          <w:tcPr>
            <w:tcW w:type="dxa" w:w="2381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Organização ou turma</w:t>
            </w:r>
          </w:p>
        </w:tc>
        <w:tc>
          <w:tcPr>
            <w:tcW w:type="dxa" w:w="1020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Chegada</w:t>
            </w:r>
          </w:p>
        </w:tc>
        <w:tc>
          <w:tcPr>
            <w:tcW w:type="dxa" w:w="2608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Assinatura</w:t>
            </w:r>
          </w:p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3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4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5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6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7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8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9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10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11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12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13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14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15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16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17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18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19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20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21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22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23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24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  <w:tr>
        <w:trPr>
          <w:trHeight w:val="465"/>
        </w:trPr>
        <w:tc>
          <w:tcPr>
            <w:tcW w:type="dxa" w:w="567"/>
          </w:tcPr>
          <w:p>
            <w:pPr>
              <w:jc w:val="center"/>
            </w:pPr>
            <w:r>
              <w:rPr>
                <w:color w:val="6B7280"/>
                <w:sz w:val="16"/>
              </w:rPr>
              <w:t>25</w:t>
            </w:r>
          </w:p>
        </w:tc>
        <w:tc>
          <w:tcPr>
            <w:tcW w:type="dxa" w:w="3855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</w:tr>
    </w:tbl>
    <w:p>
      <w:r>
        <w:rPr>
          <w:color w:val="6B7280"/>
          <w:sz w:val="15"/>
        </w:rPr>
        <w:t>Página ____ de ____     Modelo gratuito da SuperTixs: supertixs.com/blog/lista-de-presenca-evento</w:t>
      </w:r>
    </w:p>
    <w:sectPr w:rsidR="00FC693F" w:rsidRPr="0006063C" w:rsidSect="00034616">
      <w:pgSz w:w="11906" w:h="16838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presença</dc:title>
  <dc:subject/>
  <dc:creator>SuperTixs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